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F7C" w:rsidRDefault="00C926CF">
      <w:pPr>
        <w:jc w:val="center"/>
      </w:pPr>
      <w:r>
        <w:rPr>
          <w:b/>
          <w:sz w:val="28"/>
        </w:rPr>
        <w:t>ALLEGATO “B”</w:t>
      </w:r>
    </w:p>
    <w:p w:rsidR="00F05F7C" w:rsidRDefault="00C926CF">
      <w:pPr>
        <w:jc w:val="center"/>
      </w:pPr>
      <w:r>
        <w:rPr>
          <w:b/>
          <w:sz w:val="26"/>
        </w:rPr>
        <w:t>MODELLO DI DOMANDA DI PARTECIPAZIONE</w:t>
      </w:r>
    </w:p>
    <w:p w:rsidR="00F05F7C" w:rsidRDefault="00F05F7C"/>
    <w:p w:rsidR="00F05F7C" w:rsidRDefault="00C926CF">
      <w:pPr>
        <w:jc w:val="both"/>
      </w:pPr>
      <w:r>
        <w:rPr>
          <w:i/>
        </w:rPr>
        <w:t>(il presente modello va compilato, sottoscritto digitalmente e caricato sul portale Acquisti in Rete PA, sezione “Altre Gare”, modalità “ASP”, secondo le modalità indicate all’art. 6 dell’Avviso Pubblico)</w:t>
      </w:r>
    </w:p>
    <w:p w:rsidR="00F05F7C" w:rsidRDefault="00F05F7C"/>
    <w:p w:rsidR="00F05F7C" w:rsidRDefault="00C926CF">
      <w:pPr>
        <w:jc w:val="both"/>
      </w:pPr>
      <w:r>
        <w:t>Al Comune di Alba Adriatica</w:t>
      </w:r>
    </w:p>
    <w:p w:rsidR="00F05F7C" w:rsidRDefault="00C926CF">
      <w:pPr>
        <w:jc w:val="both"/>
      </w:pPr>
      <w:r>
        <w:t>Area Tecnica – Ufficio 2 “Lavori Pubblici – Demanio – Servizi Manutentivi – Patrimonio – Protezione Civile”</w:t>
      </w:r>
    </w:p>
    <w:p w:rsidR="00F05F7C" w:rsidRDefault="00F05F7C"/>
    <w:p w:rsidR="00F05F7C" w:rsidRDefault="00C926CF">
      <w:pPr>
        <w:jc w:val="both"/>
      </w:pPr>
      <w:r>
        <w:rPr>
          <w:b/>
        </w:rPr>
        <w:t>Oggetto: domanda di partecipazione all’Avviso Pubblico di selezione per l’affidamento in concessione della gestione del Palazzetto dello Sport di Via degli Oleandri.</w:t>
      </w:r>
    </w:p>
    <w:p w:rsidR="00F05F7C" w:rsidRDefault="00F05F7C"/>
    <w:p w:rsidR="00F05F7C" w:rsidRDefault="00C926CF">
      <w:pPr>
        <w:jc w:val="both"/>
      </w:pPr>
      <w:r>
        <w:t>Il/la sottoscritto/a ____________________________________________________, nato/a a ____________________ il ____/____/________, residente a ____________________, in Via/Piazza ____________________________________ n. ____, codice fiscale ____________________________, in qualità di legale rappresentante (o altra qualifica: ____________________) del soggetto di seguito indicato,</w:t>
      </w:r>
    </w:p>
    <w:p w:rsidR="00F05F7C" w:rsidRDefault="00F05F7C"/>
    <w:p w:rsidR="00F05F7C" w:rsidRDefault="00C926CF">
      <w:pPr>
        <w:jc w:val="center"/>
      </w:pPr>
      <w:r>
        <w:rPr>
          <w:b/>
        </w:rPr>
        <w:t>CHIEDE</w:t>
      </w:r>
    </w:p>
    <w:p w:rsidR="00F05F7C" w:rsidRDefault="00F05F7C"/>
    <w:p w:rsidR="00F05F7C" w:rsidRDefault="00C926CF">
      <w:pPr>
        <w:jc w:val="both"/>
      </w:pPr>
      <w:r>
        <w:t>di partecipare all’Avviso Pubblico in oggetto, per l’affidamento in concessione della gestione del Palazzetto dello Sport di Via degli Oleandri, e a tal fine, ai sensi degli articoli 46 e 47 del D.P.R. 28 dicembre 2000, n. 445, consapevole delle sanzioni penali previste dall’art. 76 del medesimo decreto per le ipotesi di dichiarazioni false o mendaci (art. 13 dell’Avviso Pubblico),</w:t>
      </w:r>
    </w:p>
    <w:p w:rsidR="00F05F7C" w:rsidRDefault="00F05F7C"/>
    <w:p w:rsidR="00F05F7C" w:rsidRDefault="00C926CF">
      <w:pPr>
        <w:jc w:val="center"/>
      </w:pPr>
      <w:r>
        <w:rPr>
          <w:b/>
        </w:rPr>
        <w:lastRenderedPageBreak/>
        <w:t>DICHIARA</w:t>
      </w:r>
    </w:p>
    <w:p w:rsidR="00F05F7C" w:rsidRDefault="00F05F7C"/>
    <w:p w:rsidR="00F05F7C" w:rsidRDefault="00C926CF">
      <w:pPr>
        <w:jc w:val="center"/>
      </w:pPr>
      <w:r>
        <w:rPr>
          <w:b/>
        </w:rPr>
        <w:t>1) Dati identificativi del soggetto richiedente</w:t>
      </w:r>
    </w:p>
    <w:p w:rsidR="00F05F7C" w:rsidRDefault="00C926CF">
      <w:pPr>
        <w:jc w:val="both"/>
      </w:pPr>
      <w:r>
        <w:t>Denominazione: ____________________________________________________________</w:t>
      </w:r>
    </w:p>
    <w:p w:rsidR="00F05F7C" w:rsidRDefault="00C926CF">
      <w:pPr>
        <w:jc w:val="both"/>
      </w:pPr>
      <w:r>
        <w:t>Forma giuridica (associazione/società sportiva dilettantistica/ente del Terzo Settore/altro – specificare): ____________________________________________________________</w:t>
      </w:r>
    </w:p>
    <w:p w:rsidR="00F05F7C" w:rsidRDefault="00C926CF">
      <w:pPr>
        <w:jc w:val="both"/>
      </w:pPr>
      <w:r>
        <w:t>Sede legale: Via/Piazza ____________________________________ n. ____, Comune di ____________________ (____), CAP ____________</w:t>
      </w:r>
    </w:p>
    <w:p w:rsidR="00F05F7C" w:rsidRDefault="00C926CF">
      <w:pPr>
        <w:jc w:val="both"/>
      </w:pPr>
      <w:r>
        <w:t>Codice fiscale/Partita IVA: ____________________________________</w:t>
      </w:r>
    </w:p>
    <w:p w:rsidR="00F05F7C" w:rsidRDefault="00C926CF">
      <w:pPr>
        <w:jc w:val="both"/>
      </w:pPr>
      <w:r>
        <w:t>PEC: ____________________________________       Telefono: ____________________________________</w:t>
      </w:r>
    </w:p>
    <w:p w:rsidR="00F05F7C" w:rsidRDefault="00C926CF">
      <w:pPr>
        <w:jc w:val="both"/>
      </w:pPr>
      <w:r>
        <w:t>Data di costituzione: ____/____/________ (come risultante da Statuto/atto costitutivo allegato)</w:t>
      </w:r>
    </w:p>
    <w:p w:rsidR="00F05F7C" w:rsidRDefault="00F05F7C"/>
    <w:p w:rsidR="00F05F7C" w:rsidRDefault="00C926CF">
      <w:pPr>
        <w:jc w:val="center"/>
      </w:pPr>
      <w:r>
        <w:rPr>
          <w:b/>
        </w:rPr>
        <w:t>2) Requisiti di partecipazione (art. 3 dell’Avviso)</w:t>
      </w:r>
    </w:p>
    <w:p w:rsidR="00F05F7C" w:rsidRDefault="00C926CF">
      <w:pPr>
        <w:jc w:val="both"/>
      </w:pPr>
      <w:r>
        <w:t>Il soggetto richiedente dichiara di rientrare nella seguente categoria tra quelle ammesse ai sensi dell’art. 3, comma 1, dell’Avviso (barrare la voce che interessa):</w:t>
      </w:r>
    </w:p>
    <w:p w:rsidR="00F05F7C" w:rsidRDefault="00C926CF">
      <w:pPr>
        <w:pStyle w:val="Puntoelenco"/>
      </w:pPr>
      <w:r>
        <w:t>☐ a) associazione/società sportiva dilettantistica ex art. 90 L. 289/2002, iscritta al Registro Nazionale delle Attività Sportive Dilettantistiche (RAS) con n. iscrizione ____________________, affiliata alla Federazione/Ente di Promozione Sportiva ____________________________________;</w:t>
      </w:r>
    </w:p>
    <w:p w:rsidR="00F05F7C" w:rsidRDefault="00C926CF">
      <w:pPr>
        <w:pStyle w:val="Puntoelenco"/>
      </w:pPr>
      <w:r>
        <w:t>☐ b) disciplina sportiva associata ____________________________________;</w:t>
      </w:r>
    </w:p>
    <w:p w:rsidR="00F05F7C" w:rsidRDefault="00C926CF">
      <w:pPr>
        <w:pStyle w:val="Puntoelenco"/>
      </w:pPr>
      <w:r>
        <w:t>☐ c) associazione/ente del Terzo Settore iscritto al RUNTS con n. iscrizione ____________________;</w:t>
      </w:r>
    </w:p>
    <w:p w:rsidR="00F05F7C" w:rsidRDefault="00C926CF">
      <w:pPr>
        <w:pStyle w:val="Puntoelenco"/>
      </w:pPr>
      <w:r>
        <w:t>☐ d) associazione iscritta all’Albo comunale dell’associazionismo – Area “Sportiva”, con n. iscrizione ____________________;</w:t>
      </w:r>
    </w:p>
    <w:p w:rsidR="00F05F7C" w:rsidRDefault="00C926CF">
      <w:pPr>
        <w:pStyle w:val="Puntoelenco"/>
      </w:pPr>
      <w:r>
        <w:t>☐ e) consorzio/raggruppamento/ATS tra i soggetti di cui alle lettere precedenti, come da atto costitutivo allegato, composto dai seguenti soggetti: ____________________________________________________________ (in tal caso, allegare per ciascun componente la documentazione di cui al successivo punto 4).</w:t>
      </w:r>
    </w:p>
    <w:p w:rsidR="00F05F7C" w:rsidRDefault="00F05F7C"/>
    <w:p w:rsidR="00F05F7C" w:rsidRDefault="00C926CF">
      <w:pPr>
        <w:jc w:val="both"/>
      </w:pPr>
      <w:r>
        <w:t>Dichiara inoltre:</w:t>
      </w:r>
    </w:p>
    <w:p w:rsidR="00F05F7C" w:rsidRDefault="00C926CF">
      <w:pPr>
        <w:pStyle w:val="Puntoelenco"/>
      </w:pPr>
      <w:r>
        <w:t>di non trovarsi in alcuna delle cause di esclusione previste dalla vigente normativa in materia di contratti pubblici e di documentazione antimafia (D.Lgs. 159/2011);</w:t>
      </w:r>
    </w:p>
    <w:p w:rsidR="00F05F7C" w:rsidRDefault="00C926CF">
      <w:pPr>
        <w:pStyle w:val="Puntoelenco"/>
      </w:pPr>
      <w:r>
        <w:t>di non essere moroso nei confronti del Comune di Alba Adriatica in relazione a precedenti assegnazioni in uso o concessioni di impianti sportivi comunali;</w:t>
      </w:r>
    </w:p>
    <w:p w:rsidR="00F05F7C" w:rsidRDefault="00C926CF">
      <w:pPr>
        <w:pStyle w:val="Puntoelenco"/>
      </w:pPr>
      <w:r>
        <w:t>di essere in regola con gli obblighi contributivi, se applicabili in ragione della forma organizzativa;</w:t>
      </w:r>
    </w:p>
    <w:p w:rsidR="00F05F7C" w:rsidRDefault="00C926CF">
      <w:pPr>
        <w:pStyle w:val="Puntoelenco"/>
      </w:pPr>
      <w:r>
        <w:t>che il soggetto richiedente ☐ non è / ☐ è (barrare la voce che interessa) attualmente concessionario di altri impianti sportivi comunali;</w:t>
      </w:r>
    </w:p>
    <w:p w:rsidR="00F05F7C" w:rsidRDefault="00C926CF">
      <w:pPr>
        <w:pStyle w:val="Puntoelenco"/>
      </w:pPr>
      <w:r>
        <w:t>di presentare, ai sensi dell’art. 7, comma 4, dell’Avviso, un’offerta non plurima né condizionata, e di accettare che la stessa resti vincolante per 180 (centottanta) giorni dalla scadenza del termine di presentazione, ai sensi dell’art. 7, comma 5, dell’Avviso.</w:t>
      </w:r>
    </w:p>
    <w:p w:rsidR="00F05F7C" w:rsidRDefault="00F05F7C"/>
    <w:p w:rsidR="00F05F7C" w:rsidRDefault="00C926CF">
      <w:pPr>
        <w:jc w:val="center"/>
      </w:pPr>
      <w:r>
        <w:rPr>
          <w:b/>
        </w:rPr>
        <w:t>3) Dati per l’attribuzione dei punteggi (art. 9 dell’Avviso)</w:t>
      </w:r>
    </w:p>
    <w:p w:rsidR="00F05F7C" w:rsidRDefault="00C926CF">
      <w:pPr>
        <w:jc w:val="both"/>
      </w:pPr>
      <w:r>
        <w:t>Ai fini dell’attribuzione dei punteggi di cui all’art. 9 dell’Avviso, il soggetto richiedente dichiara:</w:t>
      </w:r>
    </w:p>
    <w:p w:rsidR="00F05F7C" w:rsidRDefault="00C926CF">
      <w:pPr>
        <w:pStyle w:val="Puntoelenco"/>
      </w:pPr>
      <w:r>
        <w:t>Anzianità (A.2): il soggetto è costituito dal ____/____/________ (data di costituzione, come da Statuto/atto costitutivo allegato);</w:t>
      </w:r>
    </w:p>
    <w:p w:rsidR="00F05F7C" w:rsidRDefault="00C926CF">
      <w:pPr>
        <w:pStyle w:val="Puntoelenco"/>
      </w:pPr>
      <w:r>
        <w:t>Numerosità tesserati (A.3): il numero complessivo di tesserati in attività, riferito all’ultima stagione sportiva conclusa (________/________), è pari a n. ____________________;</w:t>
      </w:r>
    </w:p>
    <w:p w:rsidR="00F05F7C" w:rsidRDefault="00C926CF">
      <w:pPr>
        <w:pStyle w:val="Puntoelenco"/>
      </w:pPr>
      <w:r>
        <w:t>Aggregazione territoriale (A.6): i soggetti aggregati di cui al punto 2, lett. e), sono così ubicati: ____________________________________________________________ (indicare il Comune di sede legale di ciascun soggetto componente, ai fini della verifica del requisito “operanti nel territorio del Comune di Alba Adriatica”);</w:t>
      </w:r>
    </w:p>
    <w:p w:rsidR="00F05F7C" w:rsidRDefault="00C926CF">
      <w:pPr>
        <w:pStyle w:val="Puntoelenco"/>
      </w:pPr>
      <w:r>
        <w:t>Premialità ATS (A.7): il soggetto richiedente ☐ partecipa / ☐ non partecipa in forma di Associazione Temporanea di Scopo, come dichiarato al punto 2, lett. e).</w:t>
      </w:r>
    </w:p>
    <w:p w:rsidR="00F05F7C" w:rsidRDefault="00F05F7C"/>
    <w:p w:rsidR="00F05F7C" w:rsidRDefault="00C926CF">
      <w:pPr>
        <w:jc w:val="both"/>
      </w:pPr>
      <w:r>
        <w:rPr>
          <w:i/>
        </w:rPr>
        <w:t>In caso di partecipazione in forma di consorzio, raggruppamento o ATS (punto 2, lett. e), i dati di anzianità e di numerosità tesserati sono dichiarati distintamente per ciascun soggetto componente, ai fini della sommatoria di cui all’art. 9, comma 3, dell’Avviso:</w:t>
      </w:r>
    </w:p>
    <w:p w:rsidR="00F05F7C" w:rsidRDefault="00C926CF">
      <w:pPr>
        <w:pStyle w:val="Puntoelenco"/>
      </w:pPr>
      <w:r>
        <w:lastRenderedPageBreak/>
        <w:t>Soggetto 1: denominazione ____________________, disciplina ____________________, Comune di sede legale ____________________, data di costituzione ____/____/________, n. tesserati ____________________;</w:t>
      </w:r>
    </w:p>
    <w:p w:rsidR="00F05F7C" w:rsidRDefault="00C926CF">
      <w:pPr>
        <w:pStyle w:val="Puntoelenco"/>
      </w:pPr>
      <w:r>
        <w:t>Soggetto 2: denominazione ____________________, disciplina ____________________, Comune di sede legale ____________________, data di costituzione ____/____/________, n. tesserati ____________________;</w:t>
      </w:r>
    </w:p>
    <w:p w:rsidR="00F05F7C" w:rsidRDefault="00C926CF">
      <w:pPr>
        <w:pStyle w:val="Puntoelenco"/>
      </w:pPr>
      <w:r>
        <w:t>(aggiungere ulteriori righe in caso di più di due soggetti raggruppati)</w:t>
      </w:r>
    </w:p>
    <w:p w:rsidR="00F05F7C" w:rsidRDefault="00F05F7C"/>
    <w:p w:rsidR="00F05F7C" w:rsidRDefault="00C926CF">
      <w:pPr>
        <w:jc w:val="center"/>
      </w:pPr>
      <w:r>
        <w:rPr>
          <w:b/>
        </w:rPr>
        <w:t>4) Documentazione allegata (art. 8 dell’Avviso)</w:t>
      </w:r>
    </w:p>
    <w:p w:rsidR="00F05F7C" w:rsidRDefault="00C926CF">
      <w:pPr>
        <w:jc w:val="both"/>
      </w:pPr>
      <w:proofErr w:type="spellStart"/>
      <w:r>
        <w:t>Alla</w:t>
      </w:r>
      <w:proofErr w:type="spellEnd"/>
      <w:r>
        <w:t xml:space="preserve"> </w:t>
      </w:r>
      <w:proofErr w:type="spellStart"/>
      <w:r>
        <w:t>presente</w:t>
      </w:r>
      <w:proofErr w:type="spellEnd"/>
      <w:r>
        <w:t xml:space="preserve"> </w:t>
      </w:r>
      <w:proofErr w:type="spellStart"/>
      <w:r>
        <w:t>domanda</w:t>
      </w:r>
      <w:proofErr w:type="spellEnd"/>
      <w:r>
        <w:t xml:space="preserve"> </w:t>
      </w:r>
      <w:proofErr w:type="spellStart"/>
      <w:r>
        <w:t>si</w:t>
      </w:r>
      <w:proofErr w:type="spellEnd"/>
      <w:r>
        <w:t xml:space="preserve"> </w:t>
      </w:r>
      <w:proofErr w:type="spellStart"/>
      <w:r>
        <w:t>allega</w:t>
      </w:r>
      <w:proofErr w:type="spellEnd"/>
      <w:r>
        <w:t xml:space="preserve">, a </w:t>
      </w:r>
      <w:proofErr w:type="spellStart"/>
      <w:proofErr w:type="gramStart"/>
      <w:r>
        <w:t>pena</w:t>
      </w:r>
      <w:proofErr w:type="spellEnd"/>
      <w:proofErr w:type="gramEnd"/>
      <w:r>
        <w:t xml:space="preserve"> di </w:t>
      </w:r>
      <w:proofErr w:type="spellStart"/>
      <w:r>
        <w:t>esclusione</w:t>
      </w:r>
      <w:proofErr w:type="spellEnd"/>
      <w:r>
        <w:t>:</w:t>
      </w:r>
    </w:p>
    <w:p w:rsidR="00F05F7C" w:rsidRDefault="00C926CF">
      <w:pPr>
        <w:pStyle w:val="Puntoelenco"/>
      </w:pPr>
      <w:r>
        <w:t xml:space="preserve">A) </w:t>
      </w:r>
      <w:proofErr w:type="spellStart"/>
      <w:r>
        <w:t>copia</w:t>
      </w:r>
      <w:proofErr w:type="spellEnd"/>
      <w:r>
        <w:t xml:space="preserve"> </w:t>
      </w:r>
      <w:proofErr w:type="spellStart"/>
      <w:r>
        <w:t>dello</w:t>
      </w:r>
      <w:proofErr w:type="spellEnd"/>
      <w:r>
        <w:t xml:space="preserve"> </w:t>
      </w:r>
      <w:proofErr w:type="spellStart"/>
      <w:r>
        <w:t>Statuto</w:t>
      </w:r>
      <w:proofErr w:type="spellEnd"/>
      <w:r>
        <w:t xml:space="preserve"> e dell’atto costitutivo, dal quale risulti la data di </w:t>
      </w:r>
      <w:proofErr w:type="spellStart"/>
      <w:r>
        <w:t>costituzione</w:t>
      </w:r>
      <w:proofErr w:type="spellEnd"/>
      <w:r w:rsidR="00F01701">
        <w:t xml:space="preserve"> (</w:t>
      </w:r>
      <w:r w:rsidR="00F01701">
        <w:rPr>
          <w:b/>
          <w:u w:val="single"/>
        </w:rPr>
        <w:t xml:space="preserve">da </w:t>
      </w:r>
      <w:proofErr w:type="spellStart"/>
      <w:r w:rsidR="00F01701">
        <w:rPr>
          <w:b/>
          <w:u w:val="single"/>
        </w:rPr>
        <w:t>inserire</w:t>
      </w:r>
      <w:proofErr w:type="spellEnd"/>
      <w:r w:rsidR="00F01701" w:rsidRPr="000137C6">
        <w:rPr>
          <w:b/>
          <w:u w:val="single"/>
        </w:rPr>
        <w:t xml:space="preserve"> nella </w:t>
      </w:r>
      <w:proofErr w:type="spellStart"/>
      <w:r w:rsidR="00F01701" w:rsidRPr="000137C6">
        <w:rPr>
          <w:b/>
          <w:u w:val="single"/>
        </w:rPr>
        <w:t>busta</w:t>
      </w:r>
      <w:proofErr w:type="spellEnd"/>
      <w:r w:rsidR="00F01701" w:rsidRPr="000137C6">
        <w:rPr>
          <w:b/>
          <w:u w:val="single"/>
        </w:rPr>
        <w:t xml:space="preserve"> </w:t>
      </w:r>
      <w:proofErr w:type="spellStart"/>
      <w:r w:rsidR="00F01701">
        <w:rPr>
          <w:b/>
          <w:u w:val="single"/>
        </w:rPr>
        <w:t>amministrativa</w:t>
      </w:r>
      <w:proofErr w:type="spellEnd"/>
      <w:r w:rsidR="00F01701">
        <w:rPr>
          <w:b/>
          <w:u w:val="single"/>
        </w:rPr>
        <w:t>)</w:t>
      </w:r>
      <w:r>
        <w:t>;</w:t>
      </w:r>
    </w:p>
    <w:p w:rsidR="00F05F7C" w:rsidRDefault="00C926CF">
      <w:pPr>
        <w:pStyle w:val="Puntoelenco"/>
      </w:pPr>
      <w:r>
        <w:t xml:space="preserve">B) </w:t>
      </w:r>
      <w:proofErr w:type="spellStart"/>
      <w:r>
        <w:t>certificato</w:t>
      </w:r>
      <w:proofErr w:type="spellEnd"/>
      <w:r>
        <w:t xml:space="preserve"> di </w:t>
      </w:r>
      <w:proofErr w:type="spellStart"/>
      <w:r>
        <w:t>iscrizione</w:t>
      </w:r>
      <w:proofErr w:type="spellEnd"/>
      <w:r>
        <w:t xml:space="preserve"> al RAS, al RUNTS o all’Albo comunale dell’associazionismo, secondo la categoria </w:t>
      </w:r>
      <w:proofErr w:type="spellStart"/>
      <w:r>
        <w:t>dichiarata</w:t>
      </w:r>
      <w:proofErr w:type="spellEnd"/>
      <w:r>
        <w:t xml:space="preserve"> al </w:t>
      </w:r>
      <w:proofErr w:type="spellStart"/>
      <w:r>
        <w:t>punto</w:t>
      </w:r>
      <w:proofErr w:type="spellEnd"/>
      <w:r>
        <w:t xml:space="preserve"> 2</w:t>
      </w:r>
      <w:r w:rsidR="00F01701">
        <w:t xml:space="preserve"> </w:t>
      </w:r>
      <w:r w:rsidR="00F01701">
        <w:t>(</w:t>
      </w:r>
      <w:r w:rsidR="00F01701">
        <w:rPr>
          <w:b/>
          <w:u w:val="single"/>
        </w:rPr>
        <w:t xml:space="preserve">da </w:t>
      </w:r>
      <w:proofErr w:type="spellStart"/>
      <w:r w:rsidR="00F01701">
        <w:rPr>
          <w:b/>
          <w:u w:val="single"/>
        </w:rPr>
        <w:t>inserire</w:t>
      </w:r>
      <w:proofErr w:type="spellEnd"/>
      <w:r w:rsidR="00F01701" w:rsidRPr="000137C6">
        <w:rPr>
          <w:b/>
          <w:u w:val="single"/>
        </w:rPr>
        <w:t xml:space="preserve"> nella </w:t>
      </w:r>
      <w:proofErr w:type="spellStart"/>
      <w:r w:rsidR="00F01701" w:rsidRPr="000137C6">
        <w:rPr>
          <w:b/>
          <w:u w:val="single"/>
        </w:rPr>
        <w:t>busta</w:t>
      </w:r>
      <w:proofErr w:type="spellEnd"/>
      <w:r w:rsidR="00F01701" w:rsidRPr="000137C6">
        <w:rPr>
          <w:b/>
          <w:u w:val="single"/>
        </w:rPr>
        <w:t xml:space="preserve"> </w:t>
      </w:r>
      <w:proofErr w:type="spellStart"/>
      <w:r w:rsidR="00F01701">
        <w:rPr>
          <w:b/>
          <w:u w:val="single"/>
        </w:rPr>
        <w:t>amministrativa</w:t>
      </w:r>
      <w:proofErr w:type="spellEnd"/>
      <w:r w:rsidR="00F01701">
        <w:rPr>
          <w:b/>
          <w:u w:val="single"/>
        </w:rPr>
        <w:t>)</w:t>
      </w:r>
      <w:r w:rsidR="00F01701">
        <w:t>;</w:t>
      </w:r>
      <w:r>
        <w:t>;</w:t>
      </w:r>
    </w:p>
    <w:p w:rsidR="00F05F7C" w:rsidRDefault="00C926CF">
      <w:pPr>
        <w:pStyle w:val="Puntoelenco"/>
      </w:pPr>
      <w:r>
        <w:t xml:space="preserve">C) </w:t>
      </w:r>
      <w:proofErr w:type="spellStart"/>
      <w:proofErr w:type="gramStart"/>
      <w:r>
        <w:t>progetto</w:t>
      </w:r>
      <w:proofErr w:type="spellEnd"/>
      <w:proofErr w:type="gramEnd"/>
      <w:r>
        <w:t xml:space="preserve"> </w:t>
      </w:r>
      <w:proofErr w:type="spellStart"/>
      <w:r>
        <w:t>tecnico</w:t>
      </w:r>
      <w:proofErr w:type="spellEnd"/>
      <w:r>
        <w:t xml:space="preserve"> di </w:t>
      </w:r>
      <w:proofErr w:type="spellStart"/>
      <w:r>
        <w:t>gestione</w:t>
      </w:r>
      <w:proofErr w:type="spellEnd"/>
      <w:r>
        <w:t>, redatto secondo i criteri di cui all’art. 9 dell’Avviso (max 10 facciate A4) — il progetto deve comprendere, tra l’altro: l’elenco del personale tecnico che si intende impiegare, con indicazione delle qualifiche e delle abilitazioni possedute; le modalità organizzative della gestione; le proposte per l’utilizzo dell’impianto e la promozione dell’attività sportiva; ogni altro elemento utile alla valutazione dei criteri di cui all’art. 9</w:t>
      </w:r>
      <w:r w:rsidR="000137C6">
        <w:t xml:space="preserve">, </w:t>
      </w:r>
      <w:r w:rsidR="00F01701">
        <w:rPr>
          <w:b/>
          <w:u w:val="single"/>
        </w:rPr>
        <w:t xml:space="preserve">(da </w:t>
      </w:r>
      <w:proofErr w:type="spellStart"/>
      <w:r w:rsidR="00F01701">
        <w:rPr>
          <w:b/>
          <w:u w:val="single"/>
        </w:rPr>
        <w:t>inserire</w:t>
      </w:r>
      <w:proofErr w:type="spellEnd"/>
      <w:r w:rsidR="00F01701">
        <w:rPr>
          <w:b/>
          <w:u w:val="single"/>
        </w:rPr>
        <w:t xml:space="preserve"> </w:t>
      </w:r>
      <w:r w:rsidR="000137C6" w:rsidRPr="000137C6">
        <w:rPr>
          <w:b/>
          <w:u w:val="single"/>
        </w:rPr>
        <w:t xml:space="preserve">nella </w:t>
      </w:r>
      <w:proofErr w:type="spellStart"/>
      <w:r w:rsidR="000137C6" w:rsidRPr="000137C6">
        <w:rPr>
          <w:b/>
          <w:u w:val="single"/>
        </w:rPr>
        <w:t>busta</w:t>
      </w:r>
      <w:proofErr w:type="spellEnd"/>
      <w:r w:rsidR="000137C6" w:rsidRPr="000137C6">
        <w:rPr>
          <w:b/>
          <w:u w:val="single"/>
        </w:rPr>
        <w:t xml:space="preserve"> </w:t>
      </w:r>
      <w:proofErr w:type="spellStart"/>
      <w:r w:rsidR="000137C6">
        <w:rPr>
          <w:b/>
          <w:u w:val="single"/>
        </w:rPr>
        <w:t>tecnica</w:t>
      </w:r>
      <w:proofErr w:type="spellEnd"/>
      <w:r w:rsidR="00F01701">
        <w:rPr>
          <w:b/>
          <w:u w:val="single"/>
        </w:rPr>
        <w:t>)</w:t>
      </w:r>
      <w:r>
        <w:t>;</w:t>
      </w:r>
    </w:p>
    <w:p w:rsidR="00F05F7C" w:rsidRDefault="00C926CF">
      <w:pPr>
        <w:pStyle w:val="Puntoelenco"/>
      </w:pPr>
      <w:r>
        <w:t xml:space="preserve">D) </w:t>
      </w:r>
      <w:proofErr w:type="spellStart"/>
      <w:r>
        <w:t>offerta</w:t>
      </w:r>
      <w:proofErr w:type="spellEnd"/>
      <w:r>
        <w:t xml:space="preserve"> </w:t>
      </w:r>
      <w:proofErr w:type="spellStart"/>
      <w:r>
        <w:t>economica</w:t>
      </w:r>
      <w:proofErr w:type="spellEnd"/>
      <w:r>
        <w:t xml:space="preserve">, secondo </w:t>
      </w:r>
      <w:proofErr w:type="spellStart"/>
      <w:r>
        <w:t>il</w:t>
      </w:r>
      <w:proofErr w:type="spellEnd"/>
      <w:r>
        <w:t xml:space="preserve"> </w:t>
      </w:r>
      <w:proofErr w:type="spellStart"/>
      <w:r>
        <w:t>modello</w:t>
      </w:r>
      <w:proofErr w:type="spellEnd"/>
      <w:r>
        <w:t xml:space="preserve"> </w:t>
      </w:r>
      <w:proofErr w:type="spellStart"/>
      <w:r>
        <w:t>Allegato</w:t>
      </w:r>
      <w:proofErr w:type="spellEnd"/>
      <w:r>
        <w:t xml:space="preserve"> “C”, </w:t>
      </w:r>
      <w:r w:rsidR="00F01701">
        <w:rPr>
          <w:b/>
          <w:u w:val="single"/>
        </w:rPr>
        <w:t xml:space="preserve">(da </w:t>
      </w:r>
      <w:proofErr w:type="spellStart"/>
      <w:r w:rsidR="00F01701">
        <w:rPr>
          <w:b/>
          <w:u w:val="single"/>
        </w:rPr>
        <w:t>inserire</w:t>
      </w:r>
      <w:proofErr w:type="spellEnd"/>
      <w:r w:rsidR="00F01701">
        <w:rPr>
          <w:b/>
          <w:u w:val="single"/>
        </w:rPr>
        <w:t xml:space="preserve"> nella </w:t>
      </w:r>
      <w:proofErr w:type="spellStart"/>
      <w:r w:rsidR="00F01701">
        <w:rPr>
          <w:b/>
          <w:u w:val="single"/>
        </w:rPr>
        <w:t>busta</w:t>
      </w:r>
      <w:proofErr w:type="spellEnd"/>
      <w:r w:rsidR="00F01701">
        <w:rPr>
          <w:b/>
          <w:u w:val="single"/>
        </w:rPr>
        <w:t xml:space="preserve"> </w:t>
      </w:r>
      <w:proofErr w:type="spellStart"/>
      <w:r w:rsidR="00F01701">
        <w:rPr>
          <w:b/>
          <w:u w:val="single"/>
        </w:rPr>
        <w:t>economica</w:t>
      </w:r>
      <w:proofErr w:type="spellEnd"/>
      <w:r w:rsidR="00F01701">
        <w:rPr>
          <w:b/>
          <w:u w:val="single"/>
        </w:rPr>
        <w:t>)</w:t>
      </w:r>
      <w:r>
        <w:t>;</w:t>
      </w:r>
    </w:p>
    <w:p w:rsidR="00F05F7C" w:rsidRDefault="00C926CF">
      <w:pPr>
        <w:pStyle w:val="Puntoelenco"/>
      </w:pPr>
      <w:r>
        <w:t xml:space="preserve">E) </w:t>
      </w:r>
      <w:proofErr w:type="spellStart"/>
      <w:proofErr w:type="gramStart"/>
      <w:r>
        <w:t>ricevuta</w:t>
      </w:r>
      <w:proofErr w:type="spellEnd"/>
      <w:proofErr w:type="gramEnd"/>
      <w:r>
        <w:t xml:space="preserve"> di </w:t>
      </w:r>
      <w:proofErr w:type="spellStart"/>
      <w:r>
        <w:t>versamento</w:t>
      </w:r>
      <w:proofErr w:type="spellEnd"/>
      <w:r>
        <w:t xml:space="preserve"> del contributo di € 18,00 a favore dell’Autorità Nazionale Anticorruzione (ANAC), riportante il CIG della procedura, ai sensi dell’art. 8, lett. f), </w:t>
      </w:r>
      <w:proofErr w:type="spellStart"/>
      <w:r>
        <w:t>dell’Avviso</w:t>
      </w:r>
      <w:proofErr w:type="spellEnd"/>
      <w:r w:rsidR="00F01701">
        <w:t xml:space="preserve"> </w:t>
      </w:r>
      <w:r w:rsidR="00F01701">
        <w:t>(</w:t>
      </w:r>
      <w:r w:rsidR="00F01701">
        <w:rPr>
          <w:b/>
          <w:u w:val="single"/>
        </w:rPr>
        <w:t xml:space="preserve">da </w:t>
      </w:r>
      <w:proofErr w:type="spellStart"/>
      <w:r w:rsidR="00F01701">
        <w:rPr>
          <w:b/>
          <w:u w:val="single"/>
        </w:rPr>
        <w:t>inserire</w:t>
      </w:r>
      <w:proofErr w:type="spellEnd"/>
      <w:r w:rsidR="00F01701" w:rsidRPr="000137C6">
        <w:rPr>
          <w:b/>
          <w:u w:val="single"/>
        </w:rPr>
        <w:t xml:space="preserve"> nella </w:t>
      </w:r>
      <w:proofErr w:type="spellStart"/>
      <w:r w:rsidR="00F01701" w:rsidRPr="000137C6">
        <w:rPr>
          <w:b/>
          <w:u w:val="single"/>
        </w:rPr>
        <w:t>busta</w:t>
      </w:r>
      <w:proofErr w:type="spellEnd"/>
      <w:r w:rsidR="00F01701" w:rsidRPr="000137C6">
        <w:rPr>
          <w:b/>
          <w:u w:val="single"/>
        </w:rPr>
        <w:t xml:space="preserve"> </w:t>
      </w:r>
      <w:proofErr w:type="spellStart"/>
      <w:r w:rsidR="00F01701">
        <w:rPr>
          <w:b/>
          <w:u w:val="single"/>
        </w:rPr>
        <w:t>amministrativa</w:t>
      </w:r>
      <w:proofErr w:type="spellEnd"/>
      <w:r w:rsidR="00F01701">
        <w:rPr>
          <w:b/>
          <w:u w:val="single"/>
        </w:rPr>
        <w:t>)</w:t>
      </w:r>
      <w:r w:rsidR="00F01701">
        <w:t>;</w:t>
      </w:r>
      <w:r>
        <w:t>;</w:t>
      </w:r>
    </w:p>
    <w:p w:rsidR="00F05F7C" w:rsidRDefault="00C926CF">
      <w:pPr>
        <w:pStyle w:val="Puntoelenco"/>
      </w:pPr>
      <w:r>
        <w:t xml:space="preserve">F) </w:t>
      </w:r>
      <w:proofErr w:type="spellStart"/>
      <w:proofErr w:type="gramStart"/>
      <w:r>
        <w:t>copia</w:t>
      </w:r>
      <w:proofErr w:type="spellEnd"/>
      <w:proofErr w:type="gramEnd"/>
      <w:r>
        <w:t xml:space="preserve"> di </w:t>
      </w:r>
      <w:proofErr w:type="spellStart"/>
      <w:r>
        <w:t>documento</w:t>
      </w:r>
      <w:proofErr w:type="spellEnd"/>
      <w:r>
        <w:t xml:space="preserve"> di identità in corso di </w:t>
      </w:r>
      <w:proofErr w:type="spellStart"/>
      <w:r>
        <w:t>validità</w:t>
      </w:r>
      <w:proofErr w:type="spellEnd"/>
      <w:r>
        <w:t xml:space="preserve"> del </w:t>
      </w:r>
      <w:proofErr w:type="spellStart"/>
      <w:r>
        <w:t>legale</w:t>
      </w:r>
      <w:proofErr w:type="spellEnd"/>
      <w:r>
        <w:t xml:space="preserve"> </w:t>
      </w:r>
      <w:proofErr w:type="spellStart"/>
      <w:r>
        <w:t>rappresentante</w:t>
      </w:r>
      <w:proofErr w:type="spellEnd"/>
      <w:r w:rsidR="00F01701">
        <w:t xml:space="preserve"> </w:t>
      </w:r>
      <w:r w:rsidR="00F01701">
        <w:t>(</w:t>
      </w:r>
      <w:r w:rsidR="00F01701">
        <w:rPr>
          <w:b/>
          <w:u w:val="single"/>
        </w:rPr>
        <w:t xml:space="preserve">da </w:t>
      </w:r>
      <w:proofErr w:type="spellStart"/>
      <w:r w:rsidR="00F01701">
        <w:rPr>
          <w:b/>
          <w:u w:val="single"/>
        </w:rPr>
        <w:t>inserire</w:t>
      </w:r>
      <w:proofErr w:type="spellEnd"/>
      <w:r w:rsidR="00F01701" w:rsidRPr="000137C6">
        <w:rPr>
          <w:b/>
          <w:u w:val="single"/>
        </w:rPr>
        <w:t xml:space="preserve"> nella </w:t>
      </w:r>
      <w:proofErr w:type="spellStart"/>
      <w:r w:rsidR="00F01701" w:rsidRPr="000137C6">
        <w:rPr>
          <w:b/>
          <w:u w:val="single"/>
        </w:rPr>
        <w:t>busta</w:t>
      </w:r>
      <w:proofErr w:type="spellEnd"/>
      <w:r w:rsidR="00F01701" w:rsidRPr="000137C6">
        <w:rPr>
          <w:b/>
          <w:u w:val="single"/>
        </w:rPr>
        <w:t xml:space="preserve"> </w:t>
      </w:r>
      <w:r w:rsidR="00F01701">
        <w:rPr>
          <w:b/>
          <w:u w:val="single"/>
        </w:rPr>
        <w:t>amministrativa)</w:t>
      </w:r>
      <w:r w:rsidR="00F01701">
        <w:t>;</w:t>
      </w:r>
      <w:bookmarkStart w:id="0" w:name="_GoBack"/>
      <w:bookmarkEnd w:id="0"/>
      <w:r>
        <w:t>.</w:t>
      </w:r>
    </w:p>
    <w:p w:rsidR="00F05F7C" w:rsidRDefault="00F05F7C"/>
    <w:p w:rsidR="00F05F7C" w:rsidRDefault="00C926CF">
      <w:pPr>
        <w:jc w:val="center"/>
      </w:pPr>
      <w:r>
        <w:rPr>
          <w:b/>
        </w:rPr>
        <w:t>5) Recapito per le comunicazioni relative alla procedura</w:t>
      </w:r>
    </w:p>
    <w:p w:rsidR="00F05F7C" w:rsidRDefault="00C926CF">
      <w:pPr>
        <w:jc w:val="both"/>
      </w:pPr>
      <w:r>
        <w:t>Fermo restando che le comunicazioni relative alla procedura sono gestite attraverso il portale Acquisti in Rete PA ai sensi dell’art. 6 dell’Avviso, il soggetto richiedente indica, in via residuale, il seguente indirizzo PEC: ____________________________________</w:t>
      </w:r>
    </w:p>
    <w:p w:rsidR="00F05F7C" w:rsidRDefault="00F05F7C"/>
    <w:p w:rsidR="00F05F7C" w:rsidRDefault="00C926CF">
      <w:pPr>
        <w:jc w:val="center"/>
      </w:pPr>
      <w:r>
        <w:rPr>
          <w:b/>
        </w:rPr>
        <w:lastRenderedPageBreak/>
        <w:t>6) Trattamento dei dati personali</w:t>
      </w:r>
    </w:p>
    <w:p w:rsidR="00F05F7C" w:rsidRDefault="00C926CF">
      <w:pPr>
        <w:jc w:val="both"/>
      </w:pPr>
      <w:r>
        <w:t>Il/la sottoscritto/a dichiara di aver preso visione dell’informativa sul trattamento dei dati personali di cui all’art. 12 dell’Avviso Pubblico e di prestare il proprio consenso al trattamento dei dati per le finalità ivi indicate.</w:t>
      </w:r>
    </w:p>
    <w:p w:rsidR="00F05F7C" w:rsidRDefault="00F05F7C"/>
    <w:p w:rsidR="00F05F7C" w:rsidRDefault="00C926CF">
      <w:pPr>
        <w:jc w:val="both"/>
      </w:pPr>
      <w:r>
        <w:t>Luogo e data: ____________________, lì ____/____/________</w:t>
      </w:r>
    </w:p>
    <w:p w:rsidR="00F05F7C" w:rsidRDefault="00F05F7C"/>
    <w:p w:rsidR="00F05F7C" w:rsidRDefault="00F05F7C"/>
    <w:p w:rsidR="00F05F7C" w:rsidRDefault="00C926CF">
      <w:pPr>
        <w:jc w:val="center"/>
      </w:pPr>
      <w:r>
        <w:t>Firma del legale rappresentante</w:t>
      </w:r>
    </w:p>
    <w:p w:rsidR="00F05F7C" w:rsidRDefault="00F05F7C"/>
    <w:p w:rsidR="00F05F7C" w:rsidRDefault="00C926CF">
      <w:pPr>
        <w:jc w:val="center"/>
      </w:pPr>
      <w:r>
        <w:t>____________________________________</w:t>
      </w:r>
    </w:p>
    <w:p w:rsidR="00F05F7C" w:rsidRDefault="00F05F7C"/>
    <w:p w:rsidR="00F05F7C" w:rsidRDefault="00C926CF">
      <w:pPr>
        <w:jc w:val="both"/>
      </w:pPr>
      <w:r>
        <w:rPr>
          <w:i/>
        </w:rPr>
        <w:t>Allegare copia di documento di identità in corso di validità del sottoscrittore, ai sensi dell’art. 38 del D.P.R. 445/2000.</w:t>
      </w:r>
    </w:p>
    <w:p w:rsidR="00F05F7C" w:rsidRDefault="00C926CF">
      <w:pPr>
        <w:jc w:val="both"/>
      </w:pPr>
      <w:r>
        <w:rPr>
          <w:i/>
        </w:rPr>
        <w:t>Il presente modello va firmato digitalmente e caricato sul portale unitamente alla documentazione di cui al punto 4, secondo le modalità tecniche indicate nella documentazione di gara pubblicata sul portale Acquisti in Rete PA (art. 6, comma 2, dell’Avviso).</w:t>
      </w:r>
    </w:p>
    <w:sectPr w:rsidR="00F05F7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37C6"/>
    <w:rsid w:val="00034616"/>
    <w:rsid w:val="0006063C"/>
    <w:rsid w:val="0015074B"/>
    <w:rsid w:val="0029639D"/>
    <w:rsid w:val="00326F90"/>
    <w:rsid w:val="00AA1D8D"/>
    <w:rsid w:val="00B47730"/>
    <w:rsid w:val="00C926CF"/>
    <w:rsid w:val="00CB0664"/>
    <w:rsid w:val="00F01701"/>
    <w:rsid w:val="00F05F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E39279"/>
  <w14:defaultImageDpi w14:val="300"/>
  <w15:docId w15:val="{72EB2B33-CBC8-4086-ACF6-2356E846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C693F"/>
    <w:rPr>
      <w:rFonts w:ascii="Times New Roman" w:hAnsi="Times New Roman"/>
      <w:sz w:val="24"/>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F6672-E25E-44C4-B2D1-D9E3788B4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1214</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Antonelli Valentina</cp:lastModifiedBy>
  <cp:revision>5</cp:revision>
  <dcterms:created xsi:type="dcterms:W3CDTF">2013-12-23T23:15:00Z</dcterms:created>
  <dcterms:modified xsi:type="dcterms:W3CDTF">2026-09-10T13:38:00Z</dcterms:modified>
  <cp:category/>
</cp:coreProperties>
</file>